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ILLUMINATE HER CLE</w:t>
      </w:r>
    </w:p>
    <w:p>
      <w:pPr>
        <w:jc w:val="center"/>
      </w:pPr>
      <w:r>
        <w:rPr>
          <w:b/>
          <w:sz w:val="30"/>
        </w:rPr>
        <w:t>Chief Community Engagement &amp; Impact Executive</w:t>
      </w:r>
    </w:p>
    <w:p>
      <w:pPr>
        <w:jc w:val="center"/>
      </w:pPr>
      <w:r>
        <w:rPr>
          <w:b/>
          <w:sz w:val="20"/>
        </w:rPr>
        <w:t>JOB DESCRIPTION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Department</w:t>
            </w:r>
          </w:p>
        </w:tc>
        <w:tc>
          <w:tcPr>
            <w:tcW w:type="dxa" w:w="5040"/>
          </w:tcPr>
          <w:p>
            <w:r>
              <w:t>Executive Leadership / Community Engagement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Reports To</w:t>
            </w:r>
          </w:p>
        </w:tc>
        <w:tc>
          <w:tcPr>
            <w:tcW w:type="dxa" w:w="5040"/>
          </w:tcPr>
          <w:p>
            <w:r>
              <w:t>Founder &amp; President / Board of Directors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Position Type</w:t>
            </w:r>
          </w:p>
        </w:tc>
        <w:tc>
          <w:tcPr>
            <w:tcW w:type="dxa" w:w="5040"/>
          </w:tcPr>
          <w:p>
            <w:r>
              <w:t>Volunteer Executive Leadership Position</w:t>
            </w:r>
          </w:p>
        </w:tc>
      </w:tr>
    </w:tbl>
    <w:p>
      <w:pPr>
        <w:pStyle w:val="Heading1"/>
      </w:pPr>
      <w:r>
        <w:t>Position Purpose</w:t>
      </w:r>
    </w:p>
    <w:p>
      <w:r>
        <w:t>The Chief Community Engagement &amp; Impact Executive provides executive-level leadership for Illuminate HER CLE’s relationships with the community and helps ensure that the organization’s programs, partnerships, outreach, and service initiatives create meaningful, measurable, and mission-aligned impact. This position serves as a key bridge between Illuminate HER CLE, women and families served, community organizations, shelters, businesses, faith communities, civic leaders, volunteers, and other strategic partners.</w:t>
      </w:r>
    </w:p>
    <w:p>
      <w:pPr>
        <w:pStyle w:val="Heading1"/>
      </w:pPr>
      <w:r>
        <w:t>Key Responsibilities</w:t>
      </w:r>
    </w:p>
    <w:p>
      <w:pPr>
        <w:pStyle w:val="ListBullet"/>
      </w:pPr>
      <w:r>
        <w:t>Develop and strengthen community engagement strategies that advance Illuminate HER CLE’s mission and strategic priorities.</w:t>
      </w:r>
    </w:p>
    <w:p>
      <w:pPr>
        <w:pStyle w:val="ListBullet"/>
      </w:pPr>
      <w:r>
        <w:t>Build and maintain meaningful relationships with shelters, nonprofit organizations, schools, churches, businesses, civic organizations, community leaders, and other strategic partners.</w:t>
      </w:r>
    </w:p>
    <w:p>
      <w:pPr>
        <w:pStyle w:val="ListBullet"/>
      </w:pPr>
      <w:r>
        <w:t>Serve as a primary organizational representative for community engagement and partnership activities as designated by the Founder &amp; President.</w:t>
      </w:r>
    </w:p>
    <w:p>
      <w:pPr>
        <w:pStyle w:val="ListBullet"/>
      </w:pPr>
      <w:r>
        <w:t>Identify community needs, service gaps, partnership opportunities, and emerging opportunities for Illuminate HER CLE to create positive impact.</w:t>
      </w:r>
    </w:p>
    <w:p>
      <w:pPr>
        <w:pStyle w:val="ListBullet"/>
      </w:pPr>
      <w:r>
        <w:t>Work closely with the Director of Programs &amp; Community Services to ensure programs and community initiatives respond to identified needs.</w:t>
      </w:r>
    </w:p>
    <w:p>
      <w:pPr>
        <w:pStyle w:val="ListBullet"/>
      </w:pPr>
      <w:r>
        <w:t>Collaborate with the Director of Volunteer &amp; Ambassador Engagement to expand community participation, volunteer involvement, and ambassador engagement.</w:t>
      </w:r>
    </w:p>
    <w:p>
      <w:pPr>
        <w:pStyle w:val="ListBullet"/>
      </w:pPr>
      <w:r>
        <w:t>Collaborate with the Director of Communications &amp; Public Relations to communicate community impact, partnerships, success stories, and approved organizational initiatives.</w:t>
      </w:r>
    </w:p>
    <w:p>
      <w:pPr>
        <w:pStyle w:val="ListBullet"/>
      </w:pPr>
      <w:r>
        <w:t>Collaborate with the Director of Development &amp; Fundraising to identify community-based sponsorship, funding, in-kind donation, and partnership opportunities.</w:t>
      </w:r>
    </w:p>
    <w:p>
      <w:pPr>
        <w:pStyle w:val="ListBullet"/>
      </w:pPr>
      <w:r>
        <w:t>Develop and support community outreach campaigns, service projects, educational opportunities, empowerment initiatives, and special events.</w:t>
      </w:r>
    </w:p>
    <w:p>
      <w:pPr>
        <w:pStyle w:val="ListBullet"/>
      </w:pPr>
      <w:r>
        <w:t>Help establish measurable community-impact goals and appropriate methods for tracking participation, services delivered, partnerships, resources distributed, and outcomes.</w:t>
      </w:r>
    </w:p>
    <w:p>
      <w:pPr>
        <w:pStyle w:val="ListBullet"/>
      </w:pPr>
      <w:r>
        <w:t>Gather community and partner feedback and bring relevant findings to organizational leadership for consideration and program improvement.</w:t>
      </w:r>
    </w:p>
    <w:p>
      <w:pPr>
        <w:pStyle w:val="ListBullet"/>
      </w:pPr>
      <w:r>
        <w:t>Maintain professional and respectful relationships with community partners and represent Illuminate HER CLE with integrity and consistency.</w:t>
      </w:r>
    </w:p>
    <w:p>
      <w:pPr>
        <w:pStyle w:val="ListBullet"/>
      </w:pPr>
      <w:r>
        <w:t>Prepare periodic community engagement and impact reports for the Founder &amp; President and Board of Directors.</w:t>
      </w:r>
    </w:p>
    <w:p>
      <w:pPr>
        <w:pStyle w:val="ListBullet"/>
      </w:pPr>
      <w:r>
        <w:t>Participate in leadership meetings, planning sessions, community events, and other activities as requested.</w:t>
      </w:r>
    </w:p>
    <w:p>
      <w:pPr>
        <w:pStyle w:val="ListBullet"/>
      </w:pPr>
      <w:r>
        <w:t>Support the development of long-term community partnerships that increase Illuminate HER CLE’s visibility, reach, resources, and ability to serve women and communities.</w:t>
      </w:r>
    </w:p>
    <w:p>
      <w:pPr>
        <w:pStyle w:val="Heading1"/>
      </w:pPr>
      <w:r>
        <w:t>Qualifications &amp; Core Competencies</w:t>
      </w:r>
    </w:p>
    <w:p>
      <w:pPr>
        <w:pStyle w:val="ListBullet"/>
      </w:pPr>
      <w:r>
        <w:t>Strong commitment to Illuminate HER CLE’s mission, values, and focus on empowering and supporting women and communities.</w:t>
      </w:r>
    </w:p>
    <w:p>
      <w:pPr>
        <w:pStyle w:val="ListBullet"/>
      </w:pPr>
      <w:r>
        <w:t>Experience in community engagement, nonprofit leadership, public service, social services, partnership development, outreach, program leadership, or a related field preferred.</w:t>
      </w:r>
    </w:p>
    <w:p>
      <w:pPr>
        <w:pStyle w:val="ListBullet"/>
      </w:pPr>
      <w:r>
        <w:t>Strong interpersonal, relationship-building, communication, presentation, and leadership skills.</w:t>
      </w:r>
    </w:p>
    <w:p>
      <w:pPr>
        <w:pStyle w:val="ListBullet"/>
      </w:pPr>
      <w:r>
        <w:t>Ability to establish trust and maintain productive relationships with diverse community stakeholders.</w:t>
      </w:r>
    </w:p>
    <w:p>
      <w:pPr>
        <w:pStyle w:val="ListBullet"/>
      </w:pPr>
      <w:r>
        <w:t>Strong understanding of community partnership development and collaborative service delivery.</w:t>
      </w:r>
    </w:p>
    <w:p>
      <w:pPr>
        <w:pStyle w:val="ListBullet"/>
      </w:pPr>
      <w:r>
        <w:t>Ability to identify opportunities, organize initiatives, coordinate multiple priorities, and follow through on commitments.</w:t>
      </w:r>
    </w:p>
    <w:p>
      <w:pPr>
        <w:pStyle w:val="ListBullet"/>
      </w:pPr>
      <w:r>
        <w:t>Strong judgment, professionalism, confidentiality, and ability to represent the organization appropriately.</w:t>
      </w:r>
    </w:p>
    <w:p>
      <w:pPr>
        <w:pStyle w:val="ListBullet"/>
      </w:pPr>
      <w:r>
        <w:t>Ability to work collaboratively with the Founder &amp; President, Board of Directors, executive leadership, directors, volunteers, ambassadors, and community partners.</w:t>
      </w:r>
    </w:p>
    <w:p>
      <w:pPr>
        <w:pStyle w:val="Heading1"/>
      </w:pPr>
      <w:r>
        <w:t>Measures of Success</w:t>
      </w:r>
    </w:p>
    <w:p>
      <w:r>
        <w:t>Success in this role includes developing strong and sustainable community partnerships; increasing meaningful community engagement; supporting effective programs and service initiatives; documenting measurable community impact; strengthening collaboration among organizational leaders and community partners; and helping ensure Illuminate HER CLE remains responsive to the needs of the women, families, and communities it serves.</w:t>
      </w:r>
    </w:p>
    <w:p>
      <w:pPr>
        <w:pStyle w:val="Heading1"/>
      </w:pPr>
      <w:r>
        <w:t>Leadership Expectations</w:t>
      </w:r>
    </w:p>
    <w:p>
      <w:r>
        <w:t>The Chief Community Engagement &amp; Impact Executive is expected to model professionalism, collaboration, accountability, inclusiveness, and service. The Executive will work within the authority established by the Founder &amp; President and Board of Directors and will not make financial, contractual, public-policy, or other binding organizational commitments without appropriate authorization.</w:t>
      </w:r>
    </w:p>
    <w:p>
      <w:pPr>
        <w:pStyle w:val="Heading1"/>
      </w:pPr>
      <w:r>
        <w:t>Acknowledgment</w:t>
      </w:r>
    </w:p>
    <w:p>
      <w:r>
        <w:t>This job description is intended to describe the general responsibilities and expectations of the position. Duties may be modified as organizational needs evolve and as approved by organizational leadership.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Executive/Volunteer Leader Signature: ______________________________</w:t>
            </w:r>
          </w:p>
        </w:tc>
        <w:tc>
          <w:tcPr>
            <w:tcW w:type="dxa" w:w="5040"/>
          </w:tcPr>
          <w:p>
            <w:r>
              <w:t>Date: __________________</w:t>
            </w:r>
          </w:p>
        </w:tc>
      </w:tr>
      <w:tr>
        <w:tc>
          <w:tcPr>
            <w:tcW w:type="dxa" w:w="5040"/>
          </w:tcPr>
          <w:p>
            <w:r>
              <w:t>Founder &amp; President: _____________________________________________</w:t>
            </w:r>
          </w:p>
        </w:tc>
        <w:tc>
          <w:tcPr>
            <w:tcW w:type="dxa" w:w="5040"/>
          </w:tcPr>
          <w:p>
            <w:r>
              <w:t>Date: 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Illuminate HER CLE  |  924 East 79th St, Cleveland, OH 44103  |  P 216-250-2601 | E admin@illuminatehercle.org | W illuminatehercle.org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