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ILLUMINATE HER CLE</w:t>
      </w:r>
    </w:p>
    <w:p>
      <w:pPr>
        <w:jc w:val="center"/>
      </w:pPr>
      <w:r>
        <w:rPr>
          <w:rFonts w:ascii="Arial" w:hAnsi="Arial"/>
          <w:b/>
          <w:sz w:val="30"/>
        </w:rPr>
        <w:t>Director of Programs &amp; Community Services</w:t>
      </w:r>
    </w:p>
    <w:p>
      <w:pPr>
        <w:jc w:val="center"/>
      </w:pPr>
      <w:r>
        <w:rPr>
          <w:b/>
          <w:sz w:val="20"/>
        </w:rPr>
        <w:t>JOB DESCRIPTION</w:t>
      </w:r>
    </w:p>
    <w:tbl>
      <w:tblPr>
        <w:tblStyle w:val="TableGrid"/>
        <w:tblW w:type="auto" w:w="0"/>
        <w:tblLook w:firstColumn="1" w:firstRow="1" w:lastColumn="0" w:lastRow="0" w:noHBand="0" w:noVBand="1" w:val="04A0"/>
      </w:tblPr>
      <w:tblGrid>
        <w:gridCol w:w="5040"/>
        <w:gridCol w:w="5040"/>
      </w:tblGrid>
      <w:tr>
        <w:tc>
          <w:tcPr>
            <w:tcW w:type="dxa" w:w="5040"/>
          </w:tcPr>
          <w:p>
            <w:r>
              <w:rPr>
                <w:b/>
              </w:rPr>
              <w:t>Department</w:t>
            </w:r>
          </w:p>
        </w:tc>
        <w:tc>
          <w:tcPr>
            <w:tcW w:type="dxa" w:w="5040"/>
          </w:tcPr>
          <w:p>
            <w:r>
              <w:t>Leadership / Administration</w:t>
            </w:r>
          </w:p>
        </w:tc>
      </w:tr>
      <w:tr>
        <w:tc>
          <w:tcPr>
            <w:tcW w:type="dxa" w:w="5040"/>
          </w:tcPr>
          <w:p>
            <w:r>
              <w:rPr>
                <w:b/>
              </w:rPr>
              <w:t>Reports To</w:t>
            </w:r>
          </w:p>
        </w:tc>
        <w:tc>
          <w:tcPr>
            <w:tcW w:type="dxa" w:w="5040"/>
          </w:tcPr>
          <w:p>
            <w:r>
              <w:t>Founder &amp; President / Board of Directors</w:t>
            </w:r>
          </w:p>
        </w:tc>
      </w:tr>
      <w:tr>
        <w:tc>
          <w:tcPr>
            <w:tcW w:type="dxa" w:w="5040"/>
          </w:tcPr>
          <w:p>
            <w:r>
              <w:rPr>
                <w:b/>
              </w:rPr>
              <w:t>Position Type</w:t>
            </w:r>
          </w:p>
        </w:tc>
        <w:tc>
          <w:tcPr>
            <w:tcW w:type="dxa" w:w="5040"/>
          </w:tcPr>
          <w:p>
            <w:r>
              <w:t>Volunteer Leadership Position</w:t>
            </w:r>
          </w:p>
        </w:tc>
      </w:tr>
    </w:tbl>
    <w:p>
      <w:pPr>
        <w:pStyle w:val="Heading1"/>
      </w:pPr>
      <w:r>
        <w:t>Position Purpose</w:t>
      </w:r>
    </w:p>
    <w:p>
      <w:r>
        <w:t>The Director of Programs &amp; Community Services leads the planning, coordination, implementation, and evaluation of Illuminate HER CLE’s community programs and service initiatives. The position helps translate the organization’s mission into meaningful programs that respond to identified community needs and create measurable impact.</w:t>
      </w:r>
    </w:p>
    <w:p>
      <w:pPr>
        <w:pStyle w:val="Heading1"/>
      </w:pPr>
      <w:r>
        <w:t>Key Responsibilities</w:t>
      </w:r>
    </w:p>
    <w:p>
      <w:pPr>
        <w:pStyle w:val="ListBullet"/>
      </w:pPr>
      <w:r>
        <w:t>Develop, coordinate, and oversee community programs and service initiatives consistent with Illuminate HER CLE’s mission.</w:t>
      </w:r>
    </w:p>
    <w:p>
      <w:pPr>
        <w:pStyle w:val="ListBullet"/>
      </w:pPr>
      <w:r>
        <w:t>Work with organizational leadership and community partners to identify community needs and opportunities for service.</w:t>
      </w:r>
    </w:p>
    <w:p>
      <w:pPr>
        <w:pStyle w:val="ListBullet"/>
      </w:pPr>
      <w:r>
        <w:t>Create program plans that define objectives, activities, timelines, resources, participants, and desired outcomes.</w:t>
      </w:r>
    </w:p>
    <w:p>
      <w:pPr>
        <w:pStyle w:val="ListBullet"/>
      </w:pPr>
      <w:r>
        <w:t>Coordinate donation drives, shelter-support initiatives, community outreach, educational activities, empowerment programs, and other approved services.</w:t>
      </w:r>
    </w:p>
    <w:p>
      <w:pPr>
        <w:pStyle w:val="ListBullet"/>
      </w:pPr>
      <w:r>
        <w:t>Build and maintain relationships with shelters, nonprofit organizations, schools, faith communities, businesses, and other community partners.</w:t>
      </w:r>
    </w:p>
    <w:p>
      <w:pPr>
        <w:pStyle w:val="ListBullet"/>
      </w:pPr>
      <w:r>
        <w:t>Coordinate program logistics, volunteers, supplies, schedules, locations, and participant communications.</w:t>
      </w:r>
    </w:p>
    <w:p>
      <w:pPr>
        <w:pStyle w:val="ListBullet"/>
      </w:pPr>
      <w:r>
        <w:t>Establish appropriate methods for documenting program participation, services delivered, donations distributed, and community outcomes.</w:t>
      </w:r>
    </w:p>
    <w:p>
      <w:pPr>
        <w:pStyle w:val="ListBullet"/>
      </w:pPr>
      <w:r>
        <w:t>Collect participant and partner feedback and use it to improve programs and services.</w:t>
      </w:r>
    </w:p>
    <w:p>
      <w:pPr>
        <w:pStyle w:val="ListBullet"/>
      </w:pPr>
      <w:r>
        <w:t>Work with the Director of Volunteer &amp; Ambassador Engagement to identify and coordinate volunteer support for programs.</w:t>
      </w:r>
    </w:p>
    <w:p>
      <w:pPr>
        <w:pStyle w:val="ListBullet"/>
      </w:pPr>
      <w:r>
        <w:t>Work with the Director of Communications &amp; Public Relations to communicate approved program information and impact.</w:t>
      </w:r>
    </w:p>
    <w:p>
      <w:pPr>
        <w:pStyle w:val="ListBullet"/>
      </w:pPr>
      <w:r>
        <w:t>Work with the Director of Development &amp; Fundraising to identify program funding and sponsorship opportunities.</w:t>
      </w:r>
    </w:p>
    <w:p>
      <w:pPr>
        <w:pStyle w:val="ListBullet"/>
      </w:pPr>
      <w:r>
        <w:t>Prepare regular program updates and impact reports for the Founder &amp; President and Board of Directors.</w:t>
      </w:r>
    </w:p>
    <w:p>
      <w:pPr>
        <w:pStyle w:val="ListBullet"/>
      </w:pPr>
      <w:r>
        <w:t>Ensure programs are carried out consistently with organizational policies, safety expectations, privacy considerations, and applicable requirements.</w:t>
      </w:r>
    </w:p>
    <w:p>
      <w:pPr>
        <w:pStyle w:val="Heading1"/>
      </w:pPr>
      <w:r>
        <w:t>Qualifications &amp; Core Competencies</w:t>
      </w:r>
    </w:p>
    <w:p>
      <w:pPr>
        <w:pStyle w:val="ListBullet"/>
      </w:pPr>
      <w:r>
        <w:t>Commitment to the mission and values of Illuminate HER CLE and its community-service focus.</w:t>
      </w:r>
    </w:p>
    <w:p>
      <w:pPr>
        <w:pStyle w:val="ListBullet"/>
      </w:pPr>
      <w:r>
        <w:t>Experience in nonprofit programs, social services, community outreach, case management, education, event coordination, or a related field preferred.</w:t>
      </w:r>
    </w:p>
    <w:p>
      <w:pPr>
        <w:pStyle w:val="ListBullet"/>
      </w:pPr>
      <w:r>
        <w:t>Strong program-planning, organizational, communication, and relationship-building skills.</w:t>
      </w:r>
    </w:p>
    <w:p>
      <w:pPr>
        <w:pStyle w:val="ListBullet"/>
      </w:pPr>
      <w:r>
        <w:t>Ability to work respectfully with women, families, community organizations, volunteers, and service providers.</w:t>
      </w:r>
    </w:p>
    <w:p>
      <w:pPr>
        <w:pStyle w:val="ListBullet"/>
      </w:pPr>
      <w:r>
        <w:t>Strong attention to detail and ability to manage multiple program activities and deadlines.</w:t>
      </w:r>
    </w:p>
    <w:p>
      <w:pPr>
        <w:pStyle w:val="ListBullet"/>
      </w:pPr>
      <w:r>
        <w:t>Ability to document activities, outcomes, and community impact clearly and professionally.</w:t>
      </w:r>
    </w:p>
    <w:p>
      <w:pPr>
        <w:pStyle w:val="Heading1"/>
      </w:pPr>
      <w:r>
        <w:t>Measures of Success</w:t>
      </w:r>
    </w:p>
    <w:p>
      <w:r>
        <w:t>Success in this role includes well-organized and mission-aligned programs, strong community partnerships, meaningful participation, responsible distribution of resources, documented outcomes, and measurable community impact.</w:t>
      </w:r>
    </w:p>
    <w:p>
      <w:pPr>
        <w:pStyle w:val="Heading1"/>
      </w:pPr>
      <w:r>
        <w:t>Leadership Expectations</w:t>
      </w:r>
    </w:p>
    <w:p>
      <w:r>
        <w:t>The Director is expected to represent Illuminate HER CLE professionally, collaborate with the Founder &amp; President and Board of Directors, communicate in a timely manner, protect confidential information, support the organization’s mission and values, and perform responsibilities in accordance with approved policies and procedures.</w:t>
      </w:r>
    </w:p>
    <w:p>
      <w:pPr>
        <w:pStyle w:val="Heading1"/>
      </w:pPr>
      <w:r>
        <w:t>Acknowledgment</w:t>
      </w:r>
    </w:p>
    <w:p>
      <w:r>
        <w:t>This job description is intended to describe the general responsibilities and expectations of the position. Duties may be modified as organizational needs evolve and as approved by organizational leadership.</w:t>
      </w:r>
    </w:p>
    <w:p/>
    <w:tbl>
      <w:tblPr>
        <w:tblStyle w:val="TableGrid"/>
        <w:tblW w:type="auto" w:w="0"/>
        <w:tblLook w:firstColumn="1" w:firstRow="1" w:lastColumn="0" w:lastRow="0" w:noHBand="0" w:noVBand="1" w:val="04A0"/>
      </w:tblPr>
      <w:tblGrid>
        <w:gridCol w:w="5040"/>
        <w:gridCol w:w="5040"/>
      </w:tblGrid>
      <w:tr>
        <w:tc>
          <w:tcPr>
            <w:tcW w:type="dxa" w:w="5040"/>
          </w:tcPr>
          <w:p>
            <w:r>
              <w:t>Employee/Volunteer Leader Signature: ______________________________</w:t>
            </w:r>
          </w:p>
        </w:tc>
        <w:tc>
          <w:tcPr>
            <w:tcW w:type="dxa" w:w="5040"/>
          </w:tcPr>
          <w:p>
            <w:r>
              <w:t>Date: __________________</w:t>
            </w:r>
          </w:p>
        </w:tc>
      </w:tr>
      <w:tr>
        <w:tc>
          <w:tcPr>
            <w:tcW w:type="dxa" w:w="5040"/>
          </w:tcPr>
          <w:p>
            <w:r>
              <w:t>Founder &amp; President: _____________________________________________</w:t>
            </w:r>
          </w:p>
        </w:tc>
        <w:tc>
          <w:tcPr>
            <w:tcW w:type="dxa" w:w="5040"/>
          </w:tcPr>
          <w:p>
            <w:r>
              <w:t>Date: __________________</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Illuminate HER CLE  |  924 East 79th St, Cleveland, OH 44103  |  P 216-250-2601 | E admin@illuminatehercle.org | W illuminatehercle.org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