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6"/>
        </w:rPr>
        <w:t>ILLUMINATE HER CLE</w:t>
      </w:r>
    </w:p>
    <w:p>
      <w:pPr>
        <w:jc w:val="center"/>
      </w:pPr>
      <w:r>
        <w:rPr>
          <w:rFonts w:ascii="Arial" w:hAnsi="Arial"/>
          <w:b/>
          <w:sz w:val="30"/>
        </w:rPr>
        <w:t>Director of Volunteer &amp; Ambassador Engagement</w:t>
      </w:r>
    </w:p>
    <w:p>
      <w:pPr>
        <w:jc w:val="center"/>
      </w:pPr>
      <w:r>
        <w:rPr>
          <w:b/>
          <w:sz w:val="20"/>
        </w:rPr>
        <w:t>JOB DESCRIPTION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  <w:t>Department</w:t>
            </w:r>
          </w:p>
        </w:tc>
        <w:tc>
          <w:tcPr>
            <w:tcW w:type="dxa" w:w="5040"/>
          </w:tcPr>
          <w:p>
            <w:r>
              <w:t>Leadership / Administration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Reports To</w:t>
            </w:r>
          </w:p>
        </w:tc>
        <w:tc>
          <w:tcPr>
            <w:tcW w:type="dxa" w:w="5040"/>
          </w:tcPr>
          <w:p>
            <w:r>
              <w:t>Founder &amp; President / Board of Directors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Position Type</w:t>
            </w:r>
          </w:p>
        </w:tc>
        <w:tc>
          <w:tcPr>
            <w:tcW w:type="dxa" w:w="5040"/>
          </w:tcPr>
          <w:p>
            <w:r>
              <w:t>Volunteer Leadership Position</w:t>
            </w:r>
          </w:p>
        </w:tc>
      </w:tr>
    </w:tbl>
    <w:p>
      <w:pPr>
        <w:pStyle w:val="Heading1"/>
      </w:pPr>
      <w:r>
        <w:t>Position Purpose</w:t>
      </w:r>
    </w:p>
    <w:p>
      <w:r>
        <w:t>The Director of Volunteer &amp; Ambassador Engagement develops and coordinates a strong volunteer and ambassador network that expands Illuminate HER CLE’s reach, supports programs and events, and strengthens relationships with women, community members, businesses, faith organizations, civic groups, and other partners.</w:t>
      </w:r>
    </w:p>
    <w:p>
      <w:pPr>
        <w:pStyle w:val="Heading1"/>
      </w:pPr>
      <w:r>
        <w:t>Key Responsibilities</w:t>
      </w:r>
    </w:p>
    <w:p>
      <w:pPr>
        <w:pStyle w:val="ListBullet"/>
      </w:pPr>
      <w:r>
        <w:t>Develop and maintain a volunteer and ambassador recruitment, onboarding, engagement, and retention process.</w:t>
      </w:r>
    </w:p>
    <w:p>
      <w:pPr>
        <w:pStyle w:val="ListBullet"/>
      </w:pPr>
      <w:r>
        <w:t>Create clear volunteer and ambassador role descriptions, expectations, schedules, and participation guidelines.</w:t>
      </w:r>
    </w:p>
    <w:p>
      <w:pPr>
        <w:pStyle w:val="ListBullet"/>
      </w:pPr>
      <w:r>
        <w:t>Recruit volunteers and ambassadors through community outreach, social media, events, partner organizations, schools, churches, businesses, and other appropriate channels.</w:t>
      </w:r>
    </w:p>
    <w:p>
      <w:pPr>
        <w:pStyle w:val="ListBullet"/>
      </w:pPr>
      <w:r>
        <w:t>Coordinate volunteer assignments for events, donation drives, community programs, outreach activities, and special initiatives.</w:t>
      </w:r>
    </w:p>
    <w:p>
      <w:pPr>
        <w:pStyle w:val="ListBullet"/>
      </w:pPr>
      <w:r>
        <w:t>Provide orientation and mission education to volunteers and ambassadors.</w:t>
      </w:r>
    </w:p>
    <w:p>
      <w:pPr>
        <w:pStyle w:val="ListBullet"/>
      </w:pPr>
      <w:r>
        <w:t>Maintain accurate volunteer and ambassador contact information, availability, skills, interests, and participation records.</w:t>
      </w:r>
    </w:p>
    <w:p>
      <w:pPr>
        <w:pStyle w:val="ListBullet"/>
      </w:pPr>
      <w:r>
        <w:t>Communicate regularly with volunteers and ambassadors regarding opportunities, schedules, organizational updates, and appreciation.</w:t>
      </w:r>
    </w:p>
    <w:p>
      <w:pPr>
        <w:pStyle w:val="ListBullet"/>
      </w:pPr>
      <w:r>
        <w:t>Develop recognition and appreciation activities that help sustain volunteer engagement.</w:t>
      </w:r>
    </w:p>
    <w:p>
      <w:pPr>
        <w:pStyle w:val="ListBullet"/>
      </w:pPr>
      <w:r>
        <w:t>Build relationships with community organizations that can provide volunteers, ambassadors, resources, or collaborative opportunities.</w:t>
      </w:r>
    </w:p>
    <w:p>
      <w:pPr>
        <w:pStyle w:val="ListBullet"/>
      </w:pPr>
      <w:r>
        <w:t>Work with program and event leaders to identify volunteer staffing needs and ensure appropriate coverage.</w:t>
      </w:r>
    </w:p>
    <w:p>
      <w:pPr>
        <w:pStyle w:val="ListBullet"/>
      </w:pPr>
      <w:r>
        <w:t>Provide periodic reports to organizational leadership regarding volunteer participation, engagement, and community reach.</w:t>
      </w:r>
    </w:p>
    <w:p>
      <w:pPr>
        <w:pStyle w:val="Heading1"/>
      </w:pPr>
      <w:r>
        <w:t>Qualifications &amp; Core Competencies</w:t>
      </w:r>
    </w:p>
    <w:p>
      <w:pPr>
        <w:pStyle w:val="ListBullet"/>
      </w:pPr>
      <w:r>
        <w:t>Commitment to Illuminate HER CLE’s mission and service to women and communities.</w:t>
      </w:r>
    </w:p>
    <w:p>
      <w:pPr>
        <w:pStyle w:val="ListBullet"/>
      </w:pPr>
      <w:r>
        <w:t>Experience with volunteer coordination, community engagement, event support, customer service, leadership, or nonprofit activities preferred.</w:t>
      </w:r>
    </w:p>
    <w:p>
      <w:pPr>
        <w:pStyle w:val="ListBullet"/>
      </w:pPr>
      <w:r>
        <w:t>Strong interpersonal, organizational, communication, and relationship-building skills.</w:t>
      </w:r>
    </w:p>
    <w:p>
      <w:pPr>
        <w:pStyle w:val="ListBullet"/>
      </w:pPr>
      <w:r>
        <w:t>Ability to motivate and engage people from diverse backgrounds.</w:t>
      </w:r>
    </w:p>
    <w:p>
      <w:pPr>
        <w:pStyle w:val="ListBullet"/>
      </w:pPr>
      <w:r>
        <w:t>Dependable, approachable, organized, and comfortable coordinating multiple volunteers and activities.</w:t>
      </w:r>
    </w:p>
    <w:p>
      <w:pPr>
        <w:pStyle w:val="ListBullet"/>
      </w:pPr>
      <w:r>
        <w:t>Ability to maintain appropriate boundaries, confidentiality, and professional conduct.</w:t>
      </w:r>
    </w:p>
    <w:p>
      <w:pPr>
        <w:pStyle w:val="Heading1"/>
      </w:pPr>
      <w:r>
        <w:t>Measures of Success</w:t>
      </w:r>
    </w:p>
    <w:p>
      <w:r>
        <w:t>Success in this role includes a reliable volunteer and ambassador pipeline, strong volunteer participation and retention, effective event staffing, positive volunteer experiences, and expanded community connections that support Illuminate HER CLE’s mission.</w:t>
      </w:r>
    </w:p>
    <w:p>
      <w:pPr>
        <w:pStyle w:val="Heading1"/>
      </w:pPr>
      <w:r>
        <w:t>Leadership Expectations</w:t>
      </w:r>
    </w:p>
    <w:p>
      <w:r>
        <w:t>The Director is expected to represent Illuminate HER CLE professionally, collaborate with the Founder &amp; President and Board of Directors, communicate in a timely manner, protect confidential information, support the organization’s mission and values, and perform responsibilities in accordance with approved policies and procedures.</w:t>
      </w:r>
    </w:p>
    <w:p>
      <w:pPr>
        <w:pStyle w:val="Heading1"/>
      </w:pPr>
      <w:r>
        <w:t>Acknowledgment</w:t>
      </w:r>
    </w:p>
    <w:p>
      <w:r>
        <w:t>This job description is intended to describe the general responsibilities and expectations of the position. Duties may be modified as organizational needs evolve and as approved by organizational leadership.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t>Employee/Volunteer Leader Signature: ______________________________</w:t>
            </w:r>
          </w:p>
        </w:tc>
        <w:tc>
          <w:tcPr>
            <w:tcW w:type="dxa" w:w="5040"/>
          </w:tcPr>
          <w:p>
            <w:r>
              <w:t>Date: __________________</w:t>
            </w:r>
          </w:p>
        </w:tc>
      </w:tr>
      <w:tr>
        <w:tc>
          <w:tcPr>
            <w:tcW w:type="dxa" w:w="5040"/>
          </w:tcPr>
          <w:p>
            <w:r>
              <w:t>Founder &amp; President: _____________________________________________</w:t>
            </w:r>
          </w:p>
        </w:tc>
        <w:tc>
          <w:tcPr>
            <w:tcW w:type="dxa" w:w="5040"/>
          </w:tcPr>
          <w:p>
            <w:r>
              <w:t>Date: 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Illuminate HER CLE  |  924 East 79th St, Cleveland, OH 44103  |  P 216-250-2601 | E admin@illuminatehercle.org | W illuminatehercle.org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